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ZAŁĄCZNIK 1. KARTA PRACY  – Żywa Biblioteka: Zawód bez filtra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Instrukcja dla uczniów:</w:t>
        <w:br w:type="textWrapping"/>
        <w:t xml:space="preserve">Przygotujcie co najmniej 3 pytania „bez filtra” do naszego gościa. Pytania powinny dotyczyć wartości, trudności i realiów pracy, ale NIE mogą dotyczyć zarobków. Zastanówcie się, co chcielibyście naprawdę wiedzieć o tym zawodzie, co zwykle nie jest napisane w folderach reklamowych czy na stronach internetowych.</w:t>
      </w:r>
    </w:p>
    <w:p w:rsidR="00000000" w:rsidDel="00000000" w:rsidP="00000000" w:rsidRDefault="00000000" w:rsidRPr="00000000" w14:paraId="00000003">
      <w:pPr>
        <w:pStyle w:val="Heading1"/>
        <w:rPr/>
      </w:pPr>
      <w:r w:rsidDel="00000000" w:rsidR="00000000" w:rsidRPr="00000000">
        <w:rPr>
          <w:rtl w:val="0"/>
        </w:rPr>
        <w:t xml:space="preserve">1. Moje pytania do gościa: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360" w:hanging="36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rPr/>
      </w:pPr>
      <w:r w:rsidDel="00000000" w:rsidR="00000000" w:rsidRPr="00000000">
        <w:rPr>
          <w:rtl w:val="0"/>
        </w:rPr>
        <w:t xml:space="preserve">2. Notatki z rozmów: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Gość 1 – Imię i zawód: ____________________________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Odpowiedzi i refleksje: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Gość 2 – Imię i zawód: ____________________________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Odpowiedzi i refleksje: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Gość 3 – Imię i zawód: ____________________________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Odpowiedzi i refleksje: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Gość 4 – Imię i zawód: ____________________________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Odpowiedzi i refleksje: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Gość 5 – Imię i zawód: ____________________________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Odpowiedzi i refleksje: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rPr/>
      </w:pPr>
      <w:r w:rsidDel="00000000" w:rsidR="00000000" w:rsidRPr="00000000">
        <w:rPr>
          <w:rtl w:val="0"/>
        </w:rPr>
        <w:t xml:space="preserve">3. Refleksje po spotkaniach: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Co mnie zaskoczyło?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Co było trudne do usłyszenia?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Czy coś zmieniło moje wyobrażenia o tym zawodzie?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ing7">
    <w:name w:val="heading 7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Header">
    <w:name w:val="header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Nagwek1Znak" w:customStyle="1">
    <w:name w:val="Nagłówek 1 Znak"/>
    <w:basedOn w:val="DefaultParagraphFont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Nagwek2Znak" w:customStyle="1">
    <w:name w:val="Nagłówek 2 Znak"/>
    <w:basedOn w:val="DefaultParagraphFont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Nagwek3Znak" w:customStyle="1">
    <w:name w:val="Nagłówek 3 Znak"/>
    <w:basedOn w:val="DefaultParagraphFont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ytuZnak" w:customStyle="1">
    <w:name w:val="Tytuł Znak"/>
    <w:basedOn w:val="DefaultParagraphFont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PodtytuZnak" w:customStyle="1">
    <w:name w:val="Podtytuł Znak"/>
    <w:basedOn w:val="DefaultParagraphFont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uiPriority w:val="99"/>
    <w:unhideWhenUsed w:val="1"/>
    <w:rsid w:val="00326F90"/>
    <w:pPr>
      <w:tabs>
        <w:tab w:val="num" w:pos="720"/>
      </w:tabs>
      <w:ind w:left="720" w:hanging="720"/>
      <w:contextualSpacing w:val="1"/>
    </w:pPr>
  </w:style>
  <w:style w:type="paragraph" w:styleId="ListNumber">
    <w:name w:val="List Number"/>
    <w:uiPriority w:val="99"/>
    <w:unhideWhenUsed w:val="1"/>
    <w:rsid w:val="00326F90"/>
    <w:pPr>
      <w:tabs>
        <w:tab w:val="num" w:pos="720"/>
      </w:tabs>
      <w:ind w:left="720" w:hanging="720"/>
      <w:contextualSpacing w:val="1"/>
    </w:pPr>
  </w:style>
  <w:style w:type="paragraph" w:styleId="ListNumber2">
    <w:name w:val="List Number 2"/>
    <w:uiPriority w:val="99"/>
    <w:unhideWhenUsed w:val="1"/>
    <w:rsid w:val="0029639D"/>
    <w:pPr>
      <w:tabs>
        <w:tab w:val="num" w:pos="720"/>
      </w:tabs>
      <w:ind w:left="720" w:hanging="720"/>
      <w:contextualSpacing w:val="1"/>
    </w:pPr>
  </w:style>
  <w:style w:type="paragraph" w:styleId="ListNumber3">
    <w:name w:val="List Number 3"/>
    <w:uiPriority w:val="99"/>
    <w:unhideWhenUsed w:val="1"/>
    <w:rsid w:val="0029639D"/>
    <w:pPr>
      <w:tabs>
        <w:tab w:val="num" w:pos="720"/>
      </w:tabs>
      <w:ind w:left="720" w:hanging="720"/>
      <w:contextualSpacing w:val="1"/>
    </w:pPr>
  </w:style>
  <w:style w:type="paragraph" w:styleId="ListContinue">
    <w:name w:val="List Continue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Nagwek4Znak" w:customStyle="1">
    <w:name w:val="Nagłówek 4 Znak"/>
    <w:basedOn w:val="DefaultParagraphFont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Nagwek5Znak" w:customStyle="1">
    <w:name w:val="Nagłówek 5 Znak"/>
    <w:basedOn w:val="DefaultParagraphFont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Nagwek6Znak" w:customStyle="1">
    <w:name w:val="Nagłówek 6 Znak"/>
    <w:basedOn w:val="DefaultParagraphFont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uiPriority w:val="39"/>
    <w:semiHidden w:val="1"/>
    <w:unhideWhenUsed w:val="1"/>
    <w:qFormat w:val="1"/>
    <w:rsid w:val="00FC693F"/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EW+freW0QoXqg24I+QywODeh1w==">CgMxLjA4AHIhMU5wR3RnOEZoRzNUMTdtdTV3bEFaTnFidGZYaHowSlJJ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2026-03-15T07:04:00Z</dcterms:created>
</cp:coreProperties>
</file>